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A2FD8" w14:textId="77777777" w:rsidR="00F569D5" w:rsidRPr="0090778F" w:rsidRDefault="00000000">
      <w:pPr>
        <w:pStyle w:val="Titel"/>
        <w:keepLines/>
        <w:rPr>
          <w:rFonts w:ascii="Verdana" w:hAnsi="Verdana"/>
          <w:b/>
          <w:bCs/>
          <w:lang w:val="de-DE"/>
        </w:rPr>
      </w:pPr>
      <w:r w:rsidRPr="0090778F">
        <w:rPr>
          <w:rFonts w:ascii="Verdana" w:hAnsi="Verdana"/>
          <w:b/>
          <w:bCs/>
          <w:lang w:val="de-DE"/>
        </w:rPr>
        <w:t>Notfallordner Register</w:t>
      </w:r>
    </w:p>
    <w:p w14:paraId="7F5F1E32" w14:textId="77777777" w:rsidR="00281314" w:rsidRPr="0090778F" w:rsidRDefault="00281314" w:rsidP="00281314">
      <w:pPr>
        <w:keepLines/>
        <w:spacing w:line="480" w:lineRule="auto"/>
        <w:rPr>
          <w:rFonts w:ascii="Verdana" w:hAnsi="Verdana"/>
          <w:lang w:val="de-DE"/>
        </w:rPr>
      </w:pPr>
    </w:p>
    <w:p w14:paraId="6F9BD624" w14:textId="77777777" w:rsidR="009F44E6" w:rsidRPr="0090778F" w:rsidRDefault="009F44E6" w:rsidP="00281314">
      <w:pPr>
        <w:keepLines/>
        <w:spacing w:line="480" w:lineRule="auto"/>
        <w:rPr>
          <w:rFonts w:ascii="Verdana" w:hAnsi="Verdana"/>
          <w:lang w:val="de-DE"/>
        </w:rPr>
      </w:pPr>
    </w:p>
    <w:p w14:paraId="4EA97336" w14:textId="1281246D" w:rsidR="00F569D5" w:rsidRPr="0090778F" w:rsidRDefault="00000000" w:rsidP="00281314">
      <w:pPr>
        <w:keepLines/>
        <w:spacing w:line="480" w:lineRule="auto"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Name: _____________________________________________________</w:t>
      </w:r>
    </w:p>
    <w:p w14:paraId="55B5C7F7" w14:textId="77777777" w:rsidR="00F569D5" w:rsidRPr="0090778F" w:rsidRDefault="00000000" w:rsidP="00281314">
      <w:pPr>
        <w:keepLines/>
        <w:spacing w:line="480" w:lineRule="auto"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Zuletzt geprüft am: __________________  Nächste Prüfung: __________________</w:t>
      </w:r>
    </w:p>
    <w:p w14:paraId="39C53768" w14:textId="77777777" w:rsidR="00F569D5" w:rsidRPr="0090778F" w:rsidRDefault="00000000" w:rsidP="00281314">
      <w:pPr>
        <w:keepLines/>
        <w:spacing w:line="480" w:lineRule="auto"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Vertrauensperson und Kontakt: __________________________________________</w:t>
      </w:r>
    </w:p>
    <w:p w14:paraId="544972E3" w14:textId="77777777" w:rsidR="00281314" w:rsidRPr="0090778F" w:rsidRDefault="00281314">
      <w:pPr>
        <w:keepLines/>
        <w:rPr>
          <w:rFonts w:ascii="Verdana" w:hAnsi="Verdana"/>
          <w:lang w:val="de-DE"/>
        </w:rPr>
      </w:pPr>
    </w:p>
    <w:p w14:paraId="29F917DC" w14:textId="77777777" w:rsidR="00F569D5" w:rsidRPr="0090778F" w:rsidRDefault="00000000">
      <w:pPr>
        <w:pStyle w:val="berschrift1"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1 Persönliche Informationen</w:t>
      </w:r>
    </w:p>
    <w:p w14:paraId="54151E99" w14:textId="77777777" w:rsidR="00F569D5" w:rsidRPr="0090778F" w:rsidRDefault="00000000">
      <w:pPr>
        <w:keepLines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Kontaktdaten; Partner, Kinder und weitere Angehörige; Berufsstatus und Arbeitgeber oder selbstständige Tätigkeit.</w:t>
      </w:r>
    </w:p>
    <w:p w14:paraId="4943BEF4" w14:textId="77777777" w:rsidR="00F569D5" w:rsidRPr="0090778F" w:rsidRDefault="00000000">
      <w:pPr>
        <w:keepLines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Ausweis, Reisepass, Führerschein, Geburts- und Heiratsurkunden beziehungsweise Stammbuch: Aufbewahrungsorte notieren.</w:t>
      </w:r>
    </w:p>
    <w:p w14:paraId="47017BA5" w14:textId="77777777" w:rsidR="00F569D5" w:rsidRPr="0090778F" w:rsidRDefault="00000000">
      <w:pPr>
        <w:keepLines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Ablage oder Hinweis: _________________________________________________</w:t>
      </w:r>
    </w:p>
    <w:p w14:paraId="1EF13D17" w14:textId="77777777" w:rsidR="00F569D5" w:rsidRPr="0090778F" w:rsidRDefault="00000000">
      <w:pPr>
        <w:pStyle w:val="berschrift1"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2 Wichtige Ansprechpartner</w:t>
      </w:r>
    </w:p>
    <w:p w14:paraId="27C14E29" w14:textId="77777777" w:rsidR="00F569D5" w:rsidRPr="0090778F" w:rsidRDefault="00000000">
      <w:pPr>
        <w:keepLines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Vertrauenspersonen, Hausarzt, Pflegedienst, Kranken- und Pflegekasse, Bank, Versicherungen, Rechtsanwalt oder Notar sowie gegebenenfalls Steuer- und Finanzberatung.</w:t>
      </w:r>
    </w:p>
    <w:p w14:paraId="3DE03437" w14:textId="77777777" w:rsidR="00F569D5" w:rsidRPr="0090778F" w:rsidRDefault="00000000">
      <w:pPr>
        <w:keepLines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Namen, Telefonnummern, E-Mail-Adressen und wichtige Vertrags- oder Kundennummern vermerken.</w:t>
      </w:r>
    </w:p>
    <w:p w14:paraId="5D3FFA18" w14:textId="77777777" w:rsidR="00F569D5" w:rsidRPr="0090778F" w:rsidRDefault="00000000">
      <w:pPr>
        <w:keepLines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Ablage oder Hinweis: _________________________________________________</w:t>
      </w:r>
    </w:p>
    <w:p w14:paraId="7A6A5BEF" w14:textId="77777777" w:rsidR="00F569D5" w:rsidRPr="0090778F" w:rsidRDefault="00000000">
      <w:pPr>
        <w:pStyle w:val="berschrift1"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3 Vollmachten</w:t>
      </w:r>
    </w:p>
    <w:p w14:paraId="5D55CB45" w14:textId="77777777" w:rsidR="00F569D5" w:rsidRPr="0090778F" w:rsidRDefault="00000000">
      <w:pPr>
        <w:keepLines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Vorsorgevollmacht, Generalvollmacht, Bank- und Depotvollmacht sowie gegebenenfalls betriebliche Vollmachten.</w:t>
      </w:r>
    </w:p>
    <w:p w14:paraId="3F640230" w14:textId="77777777" w:rsidR="00F569D5" w:rsidRPr="0090778F" w:rsidRDefault="00000000">
      <w:pPr>
        <w:keepLines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Bevollmächtigte, Umfang, Geltung über den Tod hinaus und Aufbewahrungsort des Originals beziehungsweise der Ausfertigung festhalten.</w:t>
      </w:r>
    </w:p>
    <w:p w14:paraId="7AB4C965" w14:textId="77777777" w:rsidR="00F569D5" w:rsidRPr="0090778F" w:rsidRDefault="00000000">
      <w:pPr>
        <w:keepLines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Ablage oder Hinweis: _________________________________________________</w:t>
      </w:r>
    </w:p>
    <w:p w14:paraId="049F1F5B" w14:textId="77777777" w:rsidR="00F569D5" w:rsidRPr="0090778F" w:rsidRDefault="00000000">
      <w:pPr>
        <w:pStyle w:val="berschrift1"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4 Gesundheit und Vorsorge</w:t>
      </w:r>
    </w:p>
    <w:p w14:paraId="67829CAE" w14:textId="77777777" w:rsidR="00F569D5" w:rsidRPr="0090778F" w:rsidRDefault="00000000">
      <w:pPr>
        <w:keepLines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Patientenverfügung, Betreuungsverfügung, Medikamentenplan, wichtige Diagnosen, Allergien und medizinische Unterlagen.</w:t>
      </w:r>
    </w:p>
    <w:p w14:paraId="18C1A903" w14:textId="77777777" w:rsidR="00F569D5" w:rsidRPr="0090778F" w:rsidRDefault="00000000">
      <w:pPr>
        <w:keepLines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 xml:space="preserve">Krankenversicherungskarte, </w:t>
      </w:r>
      <w:proofErr w:type="spellStart"/>
      <w:r w:rsidRPr="0090778F">
        <w:rPr>
          <w:rFonts w:ascii="Verdana" w:hAnsi="Verdana"/>
          <w:lang w:val="de-DE"/>
        </w:rPr>
        <w:t>Organspendeerklärung</w:t>
      </w:r>
      <w:proofErr w:type="spellEnd"/>
      <w:r w:rsidRPr="0090778F">
        <w:rPr>
          <w:rFonts w:ascii="Verdana" w:hAnsi="Verdana"/>
          <w:lang w:val="de-DE"/>
        </w:rPr>
        <w:t xml:space="preserve"> und gegebenenfalls weitere Ausweise. Vollmachten siehe Register 3.</w:t>
      </w:r>
    </w:p>
    <w:p w14:paraId="587D9DD9" w14:textId="77777777" w:rsidR="00F569D5" w:rsidRPr="0090778F" w:rsidRDefault="00000000">
      <w:pPr>
        <w:keepLines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Ablage oder Hinweis: _________________________________________________</w:t>
      </w:r>
    </w:p>
    <w:p w14:paraId="429453FE" w14:textId="77777777" w:rsidR="00281314" w:rsidRPr="0090778F" w:rsidRDefault="00281314">
      <w:pPr>
        <w:keepLines/>
        <w:rPr>
          <w:rFonts w:ascii="Verdana" w:hAnsi="Verdana"/>
          <w:lang w:val="de-DE"/>
        </w:rPr>
      </w:pPr>
    </w:p>
    <w:p w14:paraId="3EE60445" w14:textId="77777777" w:rsidR="00281314" w:rsidRPr="0090778F" w:rsidRDefault="00281314">
      <w:pPr>
        <w:keepLines/>
        <w:rPr>
          <w:rFonts w:ascii="Verdana" w:hAnsi="Verdana"/>
          <w:lang w:val="de-DE"/>
        </w:rPr>
      </w:pPr>
    </w:p>
    <w:p w14:paraId="125A94B1" w14:textId="77777777" w:rsidR="00281314" w:rsidRPr="0090778F" w:rsidRDefault="00281314">
      <w:pPr>
        <w:keepLines/>
        <w:rPr>
          <w:rFonts w:ascii="Verdana" w:hAnsi="Verdana"/>
          <w:lang w:val="de-DE"/>
        </w:rPr>
      </w:pPr>
    </w:p>
    <w:p w14:paraId="661D6BCA" w14:textId="77777777" w:rsidR="00F569D5" w:rsidRPr="0090778F" w:rsidRDefault="00000000">
      <w:pPr>
        <w:pStyle w:val="berschrift1"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5 Regelungen für den Todesfall</w:t>
      </w:r>
    </w:p>
    <w:p w14:paraId="11BD1C0C" w14:textId="77777777" w:rsidR="00F569D5" w:rsidRPr="0090778F" w:rsidRDefault="00000000">
      <w:pPr>
        <w:keepLines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Testament, Erbvertrag und Verwahrangaben; Bestattungswünsche, Vorsorgeverträge und zu benachrichtigende Personen.</w:t>
      </w:r>
    </w:p>
    <w:p w14:paraId="1EE9AEE9" w14:textId="77777777" w:rsidR="00F569D5" w:rsidRPr="0090778F" w:rsidRDefault="00000000">
      <w:pPr>
        <w:keepLines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Kontovollmachten siehe Register 3. Bezugsrechte aus Versicherungen und Verträge zugunsten Dritter gesondert aufführen; deren Wirkung anhand der Vereinbarung prüfen.</w:t>
      </w:r>
    </w:p>
    <w:p w14:paraId="05E7DD1E" w14:textId="77777777" w:rsidR="00F569D5" w:rsidRPr="0090778F" w:rsidRDefault="00000000">
      <w:pPr>
        <w:keepLines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Ablage oder Hinweis: _________________________________________________</w:t>
      </w:r>
    </w:p>
    <w:p w14:paraId="2F979F18" w14:textId="06E23BD3" w:rsidR="00F569D5" w:rsidRPr="0090778F" w:rsidRDefault="00000000" w:rsidP="00281314">
      <w:pPr>
        <w:pStyle w:val="berschrift1"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6 Digitale Konten und Zugänge</w:t>
      </w:r>
    </w:p>
    <w:p w14:paraId="66BF3089" w14:textId="77777777" w:rsidR="00F569D5" w:rsidRPr="0090778F" w:rsidRDefault="00000000">
      <w:pPr>
        <w:keepLines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Digitale Vollmacht, Konto- und Geräteübersicht, E-Mail, Domains, Websites, soziale Netzwerke, Cloud-Dienste, Abonnements und gegebenenfalls digitale Vermögenswerte.</w:t>
      </w:r>
    </w:p>
    <w:p w14:paraId="4FB5E949" w14:textId="77777777" w:rsidR="00F569D5" w:rsidRPr="0090778F" w:rsidRDefault="00000000">
      <w:pPr>
        <w:keepLines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Sicheren Ablageort der Zugangsdaten, zweiten Faktor und Wiederherstellungsweg notieren. Keine ungeschützte Sammlung aller Passwörter im frei zugänglichen Ordner.</w:t>
      </w:r>
    </w:p>
    <w:p w14:paraId="10C3767B" w14:textId="77777777" w:rsidR="00F569D5" w:rsidRPr="0090778F" w:rsidRDefault="00000000">
      <w:pPr>
        <w:keepLines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Ablage oder Hinweis: _________________________________________________</w:t>
      </w:r>
    </w:p>
    <w:p w14:paraId="35A501CF" w14:textId="77777777" w:rsidR="00F569D5" w:rsidRPr="0090778F" w:rsidRDefault="00000000">
      <w:pPr>
        <w:pStyle w:val="berschrift1"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7 Einnahmen Ausgaben und Verpflichtungen</w:t>
      </w:r>
    </w:p>
    <w:p w14:paraId="164333B9" w14:textId="77777777" w:rsidR="00F569D5" w:rsidRPr="0090778F" w:rsidRDefault="00000000">
      <w:pPr>
        <w:keepLines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Gehalts- und Rentenbescheide, Steuerunterlagen, Miet- und Pachtverträge, Daueraufträge, Lastschriftmandate und Unterhaltsverpflichtungen.</w:t>
      </w:r>
    </w:p>
    <w:p w14:paraId="2B240BA9" w14:textId="77777777" w:rsidR="00F569D5" w:rsidRPr="0090778F" w:rsidRDefault="00000000">
      <w:pPr>
        <w:keepLines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Regelmäßige Ausgaben mit Betrag und Fälligkeit aufführen: Wohnen, Energie, Versicherungen, Kreditraten, Telefon und weitere Verträge.</w:t>
      </w:r>
    </w:p>
    <w:p w14:paraId="20E028DD" w14:textId="77777777" w:rsidR="00F569D5" w:rsidRPr="0090778F" w:rsidRDefault="00000000">
      <w:pPr>
        <w:keepLines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Ablage oder Hinweis: _________________________________________________</w:t>
      </w:r>
    </w:p>
    <w:p w14:paraId="528C714A" w14:textId="77777777" w:rsidR="00F569D5" w:rsidRPr="0090778F" w:rsidRDefault="00000000">
      <w:pPr>
        <w:pStyle w:val="berschrift1"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8 Vermögen und Verbindlichkeiten</w:t>
      </w:r>
    </w:p>
    <w:p w14:paraId="70E2F6E7" w14:textId="77777777" w:rsidR="00F569D5" w:rsidRPr="0090778F" w:rsidRDefault="00000000">
      <w:pPr>
        <w:keepLines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Konten, Depots, Immobilien, Schließfächer, Fahrzeuge und andere wertvolle Gegenstände; Unternehmensbeteiligungen und gegebenenfalls digitale Vermögenswerte.</w:t>
      </w:r>
    </w:p>
    <w:p w14:paraId="4E26DFA6" w14:textId="77777777" w:rsidR="00F569D5" w:rsidRPr="0090778F" w:rsidRDefault="00000000">
      <w:pPr>
        <w:keepLines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Darlehen, Bürgschaften und Mithaftungen mit Gläubiger, Restschuld und Sicherheiten erfassen. Versicherungen siehe Register 9.</w:t>
      </w:r>
    </w:p>
    <w:p w14:paraId="445EB427" w14:textId="77777777" w:rsidR="00F569D5" w:rsidRPr="0090778F" w:rsidRDefault="00000000">
      <w:pPr>
        <w:keepLines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Ablage oder Hinweis: _________________________________________________</w:t>
      </w:r>
    </w:p>
    <w:p w14:paraId="003215A3" w14:textId="77777777" w:rsidR="00F569D5" w:rsidRPr="0090778F" w:rsidRDefault="00000000">
      <w:pPr>
        <w:pStyle w:val="berschrift1"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9 Versicherungen</w:t>
      </w:r>
    </w:p>
    <w:p w14:paraId="1C74BD0C" w14:textId="77777777" w:rsidR="00F569D5" w:rsidRPr="0090778F" w:rsidRDefault="00000000">
      <w:pPr>
        <w:keepLines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Lebens- und Rentenversicherung, Kranken- und Pflegeversicherung, Unfall- und Berufsunfähigkeitsversicherung.</w:t>
      </w:r>
    </w:p>
    <w:p w14:paraId="45853CFE" w14:textId="77777777" w:rsidR="00F569D5" w:rsidRPr="0090778F" w:rsidRDefault="00000000">
      <w:pPr>
        <w:keepLines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Außerdem Gebäude, Hausrat, Haftpflicht, Kfz, Rechtsschutz und weitere Versicherungen. Vertragsnummern, Ansprechpartner, Leistungen und Bezugsberechtigte festhalten.</w:t>
      </w:r>
    </w:p>
    <w:p w14:paraId="2381B703" w14:textId="77777777" w:rsidR="00F569D5" w:rsidRPr="0090778F" w:rsidRDefault="00000000">
      <w:pPr>
        <w:keepLines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Ablage oder Hinweis: _________________________________________________</w:t>
      </w:r>
    </w:p>
    <w:p w14:paraId="4256C6A8" w14:textId="77777777" w:rsidR="00F569D5" w:rsidRPr="0090778F" w:rsidRDefault="00000000">
      <w:pPr>
        <w:pStyle w:val="berschrift1"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0 Sonstiges</w:t>
      </w:r>
    </w:p>
    <w:p w14:paraId="160FE956" w14:textId="77777777" w:rsidR="00F569D5" w:rsidRPr="0090778F" w:rsidRDefault="00000000">
      <w:pPr>
        <w:keepLines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Haustiere, Wohnung und Ersatzschlüssel, Vereinsmitgliedschaften, laufende Termine und weitere persönliche Wünsche.</w:t>
      </w:r>
    </w:p>
    <w:p w14:paraId="7B773499" w14:textId="77777777" w:rsidR="00F569D5" w:rsidRPr="0090778F" w:rsidRDefault="00000000">
      <w:pPr>
        <w:keepLines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Bei Selbstständigen zusätzlich betriebliche Notfallregelungen und Ansprechpartner. Aufgaben möglichst einer konkreten Person zuordnen.</w:t>
      </w:r>
    </w:p>
    <w:p w14:paraId="2729BFCE" w14:textId="77777777" w:rsidR="00F569D5" w:rsidRPr="0090778F" w:rsidRDefault="00000000">
      <w:pPr>
        <w:keepLines/>
        <w:rPr>
          <w:rFonts w:ascii="Verdana" w:hAnsi="Verdana"/>
          <w:lang w:val="de-DE"/>
        </w:rPr>
      </w:pPr>
      <w:r w:rsidRPr="0090778F">
        <w:rPr>
          <w:rFonts w:ascii="Verdana" w:hAnsi="Verdana"/>
          <w:lang w:val="de-DE"/>
        </w:rPr>
        <w:t>Ablage oder Hinweis: _________________________________________________</w:t>
      </w:r>
    </w:p>
    <w:sectPr w:rsidR="00F569D5" w:rsidRPr="0090778F" w:rsidSect="00210A0B">
      <w:footerReference w:type="default" r:id="rId8"/>
      <w:pgSz w:w="11906" w:h="16838"/>
      <w:pgMar w:top="879" w:right="879" w:bottom="879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E2832" w14:textId="77777777" w:rsidR="00752960" w:rsidRDefault="00752960">
      <w:pPr>
        <w:spacing w:after="0" w:line="240" w:lineRule="auto"/>
      </w:pPr>
      <w:r>
        <w:separator/>
      </w:r>
    </w:p>
  </w:endnote>
  <w:endnote w:type="continuationSeparator" w:id="0">
    <w:p w14:paraId="6258D055" w14:textId="77777777" w:rsidR="00752960" w:rsidRDefault="007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C7C48" w14:textId="77777777" w:rsidR="00F569D5" w:rsidRPr="00210A0B" w:rsidRDefault="00000000">
    <w:pPr>
      <w:pStyle w:val="Fuzeile"/>
      <w:jc w:val="right"/>
      <w:rPr>
        <w:rFonts w:ascii="Verdana" w:hAnsi="Verdana"/>
        <w:bCs/>
        <w:color w:val="000000" w:themeColor="text1"/>
        <w14:shadow w14:blurRad="12700" w14:dist="38100" w14:dir="2700000" w14:sx="100000" w14:sy="100000" w14:kx="0" w14:ky="0" w14:algn="tl">
          <w14:schemeClr w14:val="bg1">
            <w14:lumMod w14:val="50000"/>
          </w14:schemeClr>
        </w14:shadow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</w:rPr>
    </w:pPr>
    <w:r w:rsidRPr="00210A0B">
      <w:rPr>
        <w:rFonts w:ascii="Verdana" w:hAnsi="Verdana"/>
        <w:bCs/>
        <w:color w:val="000000" w:themeColor="text1"/>
        <w14:shadow w14:blurRad="12700" w14:dist="38100" w14:dir="2700000" w14:sx="100000" w14:sy="100000" w14:kx="0" w14:ky="0" w14:algn="tl">
          <w14:schemeClr w14:val="bg1">
            <w14:lumMod w14:val="50000"/>
          </w14:schemeClr>
        </w14:shadow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</w:rPr>
      <w:fldChar w:fldCharType="begin"/>
    </w:r>
    <w:r w:rsidRPr="00210A0B">
      <w:rPr>
        <w:rFonts w:ascii="Verdana" w:hAnsi="Verdana"/>
        <w:bCs/>
        <w:color w:val="000000" w:themeColor="text1"/>
        <w14:shadow w14:blurRad="12700" w14:dist="38100" w14:dir="2700000" w14:sx="100000" w14:sy="100000" w14:kx="0" w14:ky="0" w14:algn="tl">
          <w14:schemeClr w14:val="bg1">
            <w14:lumMod w14:val="50000"/>
          </w14:schemeClr>
        </w14:shadow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</w:rPr>
      <w:instrText>PAGE</w:instrText>
    </w:r>
    <w:r w:rsidRPr="00210A0B">
      <w:rPr>
        <w:rFonts w:ascii="Verdana" w:hAnsi="Verdana"/>
        <w:bCs/>
        <w:color w:val="000000" w:themeColor="text1"/>
        <w14:shadow w14:blurRad="12700" w14:dist="38100" w14:dir="2700000" w14:sx="100000" w14:sy="100000" w14:kx="0" w14:ky="0" w14:algn="tl">
          <w14:schemeClr w14:val="bg1">
            <w14:lumMod w14:val="50000"/>
          </w14:schemeClr>
        </w14:shadow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</w:rPr>
      <w:fldChar w:fldCharType="separate"/>
    </w:r>
    <w:r w:rsidR="00281314" w:rsidRPr="00210A0B">
      <w:rPr>
        <w:rFonts w:ascii="Verdana" w:hAnsi="Verdana"/>
        <w:bCs/>
        <w:noProof/>
        <w:color w:val="000000" w:themeColor="text1"/>
        <w14:shadow w14:blurRad="12700" w14:dist="38100" w14:dir="2700000" w14:sx="100000" w14:sy="100000" w14:kx="0" w14:ky="0" w14:algn="tl">
          <w14:schemeClr w14:val="bg1">
            <w14:lumMod w14:val="50000"/>
          </w14:schemeClr>
        </w14:shadow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</w:rPr>
      <w:t>1</w:t>
    </w:r>
    <w:r w:rsidRPr="00210A0B">
      <w:rPr>
        <w:rFonts w:ascii="Verdana" w:hAnsi="Verdana"/>
        <w:bCs/>
        <w:color w:val="000000" w:themeColor="text1"/>
        <w14:shadow w14:blurRad="12700" w14:dist="38100" w14:dir="2700000" w14:sx="100000" w14:sy="100000" w14:kx="0" w14:ky="0" w14:algn="tl">
          <w14:schemeClr w14:val="bg1">
            <w14:lumMod w14:val="50000"/>
          </w14:schemeClr>
        </w14:shadow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DBE90" w14:textId="77777777" w:rsidR="00752960" w:rsidRDefault="00752960">
      <w:pPr>
        <w:spacing w:after="0" w:line="240" w:lineRule="auto"/>
      </w:pPr>
      <w:r>
        <w:separator/>
      </w:r>
    </w:p>
  </w:footnote>
  <w:footnote w:type="continuationSeparator" w:id="0">
    <w:p w14:paraId="77D36B44" w14:textId="77777777" w:rsidR="00752960" w:rsidRDefault="007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7762887">
    <w:abstractNumId w:val="8"/>
  </w:num>
  <w:num w:numId="2" w16cid:durableId="1005789323">
    <w:abstractNumId w:val="6"/>
  </w:num>
  <w:num w:numId="3" w16cid:durableId="1816095102">
    <w:abstractNumId w:val="5"/>
  </w:num>
  <w:num w:numId="4" w16cid:durableId="1782988009">
    <w:abstractNumId w:val="4"/>
  </w:num>
  <w:num w:numId="5" w16cid:durableId="1114180434">
    <w:abstractNumId w:val="7"/>
  </w:num>
  <w:num w:numId="6" w16cid:durableId="199361758">
    <w:abstractNumId w:val="3"/>
  </w:num>
  <w:num w:numId="7" w16cid:durableId="1569924421">
    <w:abstractNumId w:val="2"/>
  </w:num>
  <w:num w:numId="8" w16cid:durableId="90903445">
    <w:abstractNumId w:val="1"/>
  </w:num>
  <w:num w:numId="9" w16cid:durableId="1292008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0A0B"/>
    <w:rsid w:val="00281314"/>
    <w:rsid w:val="0029639D"/>
    <w:rsid w:val="00326F90"/>
    <w:rsid w:val="0033477A"/>
    <w:rsid w:val="003F4898"/>
    <w:rsid w:val="004D785C"/>
    <w:rsid w:val="0051252A"/>
    <w:rsid w:val="00554FB3"/>
    <w:rsid w:val="00752960"/>
    <w:rsid w:val="008B4C3A"/>
    <w:rsid w:val="0090778F"/>
    <w:rsid w:val="009F44E6"/>
    <w:rsid w:val="00AA1D8D"/>
    <w:rsid w:val="00B47730"/>
    <w:rsid w:val="00CB0664"/>
    <w:rsid w:val="00D87C6A"/>
    <w:rsid w:val="00F569D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909136"/>
  <w14:defaultImageDpi w14:val="330"/>
  <w15:docId w15:val="{0E5DEF73-99B7-483A-8025-222C129A0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20" w:line="254" w:lineRule="auto"/>
    </w:pPr>
    <w:rPr>
      <w:rFonts w:ascii="Calibri" w:hAnsi="Calibri"/>
      <w:color w:val="00000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8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  <w:spacing w:before="200" w:after="100"/>
    </w:pPr>
    <w:rPr>
      <w:rFonts w:asciiTheme="majorHAnsi" w:eastAsiaTheme="majorEastAsia" w:hAnsiTheme="majorHAnsi" w:cstheme="majorBidi"/>
      <w:i/>
      <w:iCs/>
      <w:spacing w:val="15"/>
      <w:sz w:val="20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Notfallordner Register</dc:title>
  <dc:subject/>
  <dc:creator>Volker Ahrensfeld</dc:creator>
  <cp:keywords/>
  <dc:description>generated by python-docx</dc:description>
  <cp:lastModifiedBy>Volker Ahrensfeld</cp:lastModifiedBy>
  <cp:revision>5</cp:revision>
  <dcterms:created xsi:type="dcterms:W3CDTF">2026-10-23T13:55:00Z</dcterms:created>
  <dcterms:modified xsi:type="dcterms:W3CDTF">2026-10-24T12:47:00Z</dcterms:modified>
  <cp:category/>
</cp:coreProperties>
</file>